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30FC1B" w14:textId="77777777" w:rsidR="00F4216A" w:rsidRDefault="00000000">
      <w:pPr>
        <w:jc w:val="center"/>
      </w:pPr>
      <w:r>
        <w:rPr>
          <w:noProof/>
        </w:rPr>
        <w:drawing>
          <wp:inline distT="0" distB="0" distL="0" distR="0" wp14:anchorId="7F681CCB" wp14:editId="5825A31D">
            <wp:extent cx="8820000" cy="1006133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tipi.pn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820000" cy="10061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4344"/>
      </w:tblGrid>
      <w:tr w:rsidR="00F4216A" w14:paraId="5DA33525" w14:textId="77777777">
        <w:trPr>
          <w:jc w:val="center"/>
        </w:trPr>
        <w:tc>
          <w:tcPr>
            <w:tcW w:w="14344" w:type="dxa"/>
            <w:shd w:val="clear" w:color="auto" w:fill="0B4F6C"/>
          </w:tcPr>
          <w:p w14:paraId="00447759" w14:textId="77777777" w:rsidR="00F4216A" w:rsidRDefault="00F4216A"/>
        </w:tc>
      </w:tr>
    </w:tbl>
    <w:p w14:paraId="593AC5E7" w14:textId="77777777" w:rsidR="00F4216A" w:rsidRDefault="00F4216A">
      <w:pPr>
        <w:spacing w:after="40"/>
      </w:pPr>
    </w:p>
    <w:p w14:paraId="3EC701A4" w14:textId="77777777" w:rsidR="00F4216A" w:rsidRDefault="00000000">
      <w:pPr>
        <w:spacing w:after="120"/>
        <w:jc w:val="center"/>
      </w:pPr>
      <w:r>
        <w:rPr>
          <w:b/>
          <w:color w:val="0B4F6C"/>
          <w:sz w:val="60"/>
        </w:rPr>
        <w:t>DIGITALNA PREOBRAZBA ZDRAVSTVA</w:t>
      </w:r>
    </w:p>
    <w:p w14:paraId="7396B86E" w14:textId="77777777" w:rsidR="00F4216A" w:rsidRDefault="00000000">
      <w:pPr>
        <w:spacing w:after="300"/>
        <w:jc w:val="center"/>
      </w:pPr>
      <w:r>
        <w:rPr>
          <w:b/>
          <w:sz w:val="38"/>
        </w:rPr>
        <w:t>Sofinanciranje nakupa opreme za projekte digitalne preobrazbe zdravstva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4344"/>
      </w:tblGrid>
      <w:tr w:rsidR="00F4216A" w14:paraId="257C3447" w14:textId="77777777">
        <w:trPr>
          <w:jc w:val="center"/>
        </w:trPr>
        <w:tc>
          <w:tcPr>
            <w:tcW w:w="14344" w:type="dxa"/>
            <w:shd w:val="clear" w:color="auto" w:fill="F1F3F4"/>
            <w:tcMar>
              <w:top w:w="220" w:type="dxa"/>
              <w:left w:w="300" w:type="dxa"/>
              <w:bottom w:w="220" w:type="dxa"/>
              <w:right w:w="300" w:type="dxa"/>
            </w:tcMar>
            <w:vAlign w:val="center"/>
          </w:tcPr>
          <w:p w14:paraId="782E5B94" w14:textId="0513AE56" w:rsidR="00F4216A" w:rsidRDefault="00951688">
            <w:pPr>
              <w:jc w:val="center"/>
            </w:pPr>
            <w:r>
              <w:rPr>
                <w:b/>
                <w:color w:val="464646"/>
                <w:sz w:val="34"/>
              </w:rPr>
              <w:t>ZD DRAVOGRAD</w:t>
            </w:r>
          </w:p>
        </w:tc>
      </w:tr>
    </w:tbl>
    <w:p w14:paraId="28EE56D8" w14:textId="77777777" w:rsidR="00F4216A" w:rsidRDefault="00F4216A">
      <w:pPr>
        <w:spacing w:after="40"/>
      </w:pPr>
    </w:p>
    <w:p w14:paraId="5A866825" w14:textId="77777777" w:rsidR="00F4216A" w:rsidRDefault="00000000">
      <w:pPr>
        <w:spacing w:after="240"/>
        <w:ind w:left="567" w:right="567"/>
        <w:jc w:val="center"/>
      </w:pPr>
      <w:r>
        <w:t>Projekt se izvaja v okviru Načrta za okrevanje in odpornost ter je namenjen nakupu IKT opreme za podporo nacionalnim projektom digitalne preobrazbe zdravstva in izboljšanju učinkovitosti, kakovosti ter dostopnosti zdravstvene obravnave.</w:t>
      </w:r>
    </w:p>
    <w:p w14:paraId="71563ED0" w14:textId="77777777" w:rsidR="00F4216A" w:rsidRDefault="00000000">
      <w:pPr>
        <w:spacing w:after="140"/>
        <w:jc w:val="center"/>
      </w:pPr>
      <w:r>
        <w:rPr>
          <w:b/>
          <w:color w:val="0B4F6C"/>
          <w:sz w:val="34"/>
        </w:rPr>
        <w:t>SOFINANCIRANA OPREMA PODPIRA PROJEKTE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781"/>
        <w:gridCol w:w="4781"/>
        <w:gridCol w:w="4781"/>
      </w:tblGrid>
      <w:tr w:rsidR="00F4216A" w14:paraId="5911BFDA" w14:textId="77777777">
        <w:trPr>
          <w:jc w:val="center"/>
        </w:trPr>
        <w:tc>
          <w:tcPr>
            <w:tcW w:w="4781" w:type="dxa"/>
            <w:shd w:val="clear" w:color="auto" w:fill="EAF3F6"/>
            <w:tcMar>
              <w:top w:w="250" w:type="dxa"/>
              <w:left w:w="220" w:type="dxa"/>
              <w:bottom w:w="250" w:type="dxa"/>
              <w:right w:w="220" w:type="dxa"/>
            </w:tcMar>
            <w:vAlign w:val="center"/>
          </w:tcPr>
          <w:p w14:paraId="14B49692" w14:textId="77777777" w:rsidR="00F4216A" w:rsidRDefault="00000000">
            <w:pPr>
              <w:jc w:val="center"/>
            </w:pPr>
            <w:r>
              <w:rPr>
                <w:b/>
                <w:color w:val="0B4F6C"/>
                <w:sz w:val="28"/>
              </w:rPr>
              <w:t>SKLOP A</w:t>
            </w:r>
          </w:p>
          <w:p w14:paraId="6F010CD1" w14:textId="77777777" w:rsidR="00F4216A" w:rsidRDefault="00000000">
            <w:pPr>
              <w:jc w:val="center"/>
            </w:pPr>
            <w:r>
              <w:rPr>
                <w:b/>
                <w:sz w:val="26"/>
              </w:rPr>
              <w:t>Prehod na brezpapirno poslovanje zdravstvenih izvajalcev</w:t>
            </w:r>
          </w:p>
          <w:p w14:paraId="1655AD75" w14:textId="77777777" w:rsidR="00F4216A" w:rsidRDefault="00000000">
            <w:pPr>
              <w:jc w:val="center"/>
            </w:pPr>
            <w:r>
              <w:rPr>
                <w:i/>
                <w:sz w:val="24"/>
              </w:rPr>
              <w:t>optični čitalci</w:t>
            </w:r>
          </w:p>
        </w:tc>
        <w:tc>
          <w:tcPr>
            <w:tcW w:w="4781" w:type="dxa"/>
            <w:shd w:val="clear" w:color="auto" w:fill="EAF3F6"/>
            <w:tcMar>
              <w:top w:w="250" w:type="dxa"/>
              <w:left w:w="220" w:type="dxa"/>
              <w:bottom w:w="250" w:type="dxa"/>
              <w:right w:w="220" w:type="dxa"/>
            </w:tcMar>
            <w:vAlign w:val="center"/>
          </w:tcPr>
          <w:p w14:paraId="6FEC1AF9" w14:textId="77777777" w:rsidR="00F4216A" w:rsidRDefault="00000000">
            <w:pPr>
              <w:jc w:val="center"/>
            </w:pPr>
            <w:r>
              <w:rPr>
                <w:b/>
                <w:color w:val="0B4F6C"/>
                <w:sz w:val="28"/>
              </w:rPr>
              <w:t>SKLOP B</w:t>
            </w:r>
          </w:p>
          <w:p w14:paraId="4FD3A882" w14:textId="77777777" w:rsidR="00F4216A" w:rsidRDefault="00000000">
            <w:pPr>
              <w:jc w:val="center"/>
            </w:pPr>
            <w:r>
              <w:rPr>
                <w:b/>
                <w:sz w:val="26"/>
              </w:rPr>
              <w:t>Zdravje na daljavo in eKarton</w:t>
            </w:r>
          </w:p>
          <w:p w14:paraId="05F46C5B" w14:textId="77777777" w:rsidR="00F4216A" w:rsidRDefault="00000000">
            <w:pPr>
              <w:jc w:val="center"/>
            </w:pPr>
            <w:r>
              <w:rPr>
                <w:i/>
                <w:sz w:val="24"/>
              </w:rPr>
              <w:t>računalniški zasloni</w:t>
            </w:r>
          </w:p>
        </w:tc>
        <w:tc>
          <w:tcPr>
            <w:tcW w:w="4781" w:type="dxa"/>
            <w:shd w:val="clear" w:color="auto" w:fill="EAF3F6"/>
            <w:tcMar>
              <w:top w:w="250" w:type="dxa"/>
              <w:left w:w="220" w:type="dxa"/>
              <w:bottom w:w="250" w:type="dxa"/>
              <w:right w:w="220" w:type="dxa"/>
            </w:tcMar>
            <w:vAlign w:val="center"/>
          </w:tcPr>
          <w:p w14:paraId="0CED8C78" w14:textId="77777777" w:rsidR="00F4216A" w:rsidRDefault="00000000">
            <w:pPr>
              <w:jc w:val="center"/>
            </w:pPr>
            <w:r>
              <w:rPr>
                <w:b/>
                <w:color w:val="0B4F6C"/>
                <w:sz w:val="28"/>
              </w:rPr>
              <w:t>SKLOP C</w:t>
            </w:r>
          </w:p>
          <w:p w14:paraId="10328DEC" w14:textId="77777777" w:rsidR="00F4216A" w:rsidRDefault="00000000">
            <w:pPr>
              <w:jc w:val="center"/>
            </w:pPr>
            <w:r>
              <w:rPr>
                <w:b/>
                <w:sz w:val="26"/>
              </w:rPr>
              <w:t>Prepoznava govora</w:t>
            </w:r>
          </w:p>
          <w:p w14:paraId="7E7B3E4B" w14:textId="77777777" w:rsidR="00F4216A" w:rsidRDefault="00000000">
            <w:pPr>
              <w:jc w:val="center"/>
            </w:pPr>
            <w:r>
              <w:rPr>
                <w:i/>
                <w:sz w:val="24"/>
              </w:rPr>
              <w:t>mikrofoni</w:t>
            </w:r>
          </w:p>
        </w:tc>
      </w:tr>
    </w:tbl>
    <w:p w14:paraId="18F9EABC" w14:textId="77777777" w:rsidR="00F4216A" w:rsidRDefault="00F4216A">
      <w:pPr>
        <w:spacing w:after="20"/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4344"/>
      </w:tblGrid>
      <w:tr w:rsidR="00F4216A" w14:paraId="327C1314" w14:textId="77777777">
        <w:trPr>
          <w:jc w:val="center"/>
        </w:trPr>
        <w:tc>
          <w:tcPr>
            <w:tcW w:w="14344" w:type="dxa"/>
            <w:shd w:val="clear" w:color="auto" w:fill="F7F7F7"/>
            <w:tcMar>
              <w:top w:w="260" w:type="dxa"/>
              <w:left w:w="320" w:type="dxa"/>
              <w:bottom w:w="260" w:type="dxa"/>
              <w:right w:w="320" w:type="dxa"/>
            </w:tcMar>
          </w:tcPr>
          <w:p w14:paraId="46AEEE49" w14:textId="77777777" w:rsidR="00F4216A" w:rsidRDefault="00000000">
            <w:pPr>
              <w:jc w:val="center"/>
            </w:pPr>
            <w:r>
              <w:rPr>
                <w:b/>
                <w:sz w:val="34"/>
              </w:rPr>
              <w:t>Projekt financira Evropska unija – NextGenerationEU.</w:t>
            </w:r>
          </w:p>
          <w:p w14:paraId="3FF84501" w14:textId="77777777" w:rsidR="00F4216A" w:rsidRDefault="00000000">
            <w:pPr>
              <w:jc w:val="center"/>
            </w:pPr>
            <w:r>
              <w:rPr>
                <w:sz w:val="28"/>
              </w:rPr>
              <w:t>Sredstva so zagotovljena v okviru Mehanizma za okrevanje in odpornost.</w:t>
            </w:r>
          </w:p>
        </w:tc>
      </w:tr>
    </w:tbl>
    <w:p w14:paraId="5CF4A654" w14:textId="77777777" w:rsidR="00F4216A" w:rsidRDefault="00F4216A">
      <w:pPr>
        <w:spacing w:after="20"/>
      </w:pPr>
    </w:p>
    <w:p w14:paraId="309DC9F8" w14:textId="77777777" w:rsidR="00F4216A" w:rsidRDefault="00000000">
      <w:pPr>
        <w:jc w:val="center"/>
      </w:pPr>
      <w:r>
        <w:rPr>
          <w:b/>
          <w:color w:val="0B4F6C"/>
          <w:sz w:val="32"/>
        </w:rPr>
        <w:t>Podatki o projektu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7172"/>
        <w:gridCol w:w="7172"/>
      </w:tblGrid>
      <w:tr w:rsidR="00F4216A" w14:paraId="2E2E9ACF" w14:textId="77777777">
        <w:trPr>
          <w:jc w:val="center"/>
        </w:trPr>
        <w:tc>
          <w:tcPr>
            <w:tcW w:w="7172" w:type="dxa"/>
            <w:shd w:val="clear" w:color="auto" w:fill="EAF3F6"/>
            <w:tcMar>
              <w:top w:w="170" w:type="dxa"/>
              <w:left w:w="220" w:type="dxa"/>
              <w:bottom w:w="170" w:type="dxa"/>
              <w:right w:w="220" w:type="dxa"/>
            </w:tcMar>
          </w:tcPr>
          <w:p w14:paraId="589C1941" w14:textId="77777777" w:rsidR="00F4216A" w:rsidRDefault="00000000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Prejeta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oprema</w:t>
            </w:r>
            <w:proofErr w:type="spellEnd"/>
            <w:r>
              <w:rPr>
                <w:b/>
                <w:sz w:val="24"/>
              </w:rPr>
              <w:t>:</w:t>
            </w:r>
            <w:r w:rsidR="00951688">
              <w:rPr>
                <w:b/>
                <w:sz w:val="24"/>
              </w:rPr>
              <w:t xml:space="preserve"> </w:t>
            </w:r>
          </w:p>
          <w:p w14:paraId="37F4DCD2" w14:textId="5FCA5601" w:rsidR="00951688" w:rsidRDefault="00951688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Sklop</w:t>
            </w:r>
            <w:proofErr w:type="spellEnd"/>
            <w:r>
              <w:rPr>
                <w:b/>
                <w:sz w:val="24"/>
              </w:rPr>
              <w:t xml:space="preserve"> A</w:t>
            </w:r>
          </w:p>
          <w:p w14:paraId="222594A7" w14:textId="263B2D83" w:rsidR="00951688" w:rsidRDefault="00951688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Sklop</w:t>
            </w:r>
            <w:proofErr w:type="spellEnd"/>
            <w:r>
              <w:rPr>
                <w:b/>
                <w:sz w:val="24"/>
              </w:rPr>
              <w:t xml:space="preserve"> B</w:t>
            </w:r>
          </w:p>
          <w:p w14:paraId="6C89B9B0" w14:textId="77777777" w:rsidR="00951688" w:rsidRDefault="00951688">
            <w:pPr>
              <w:rPr>
                <w:b/>
                <w:sz w:val="24"/>
              </w:rPr>
            </w:pPr>
          </w:p>
          <w:p w14:paraId="0EDB7D25" w14:textId="4A5651B7" w:rsidR="00951688" w:rsidRDefault="00951688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Sklop</w:t>
            </w:r>
            <w:proofErr w:type="spellEnd"/>
            <w:r>
              <w:rPr>
                <w:b/>
                <w:sz w:val="24"/>
              </w:rPr>
              <w:t xml:space="preserve"> C</w:t>
            </w:r>
          </w:p>
          <w:p w14:paraId="305A06B0" w14:textId="3AA9CEBF" w:rsidR="00951688" w:rsidRPr="00951688" w:rsidRDefault="00951688">
            <w:pPr>
              <w:rPr>
                <w:bCs/>
              </w:rPr>
            </w:pPr>
          </w:p>
        </w:tc>
        <w:tc>
          <w:tcPr>
            <w:tcW w:w="7172" w:type="dxa"/>
            <w:shd w:val="clear" w:color="auto" w:fill="F7F7F7"/>
            <w:tcMar>
              <w:top w:w="170" w:type="dxa"/>
              <w:left w:w="220" w:type="dxa"/>
              <w:bottom w:w="170" w:type="dxa"/>
              <w:right w:w="220" w:type="dxa"/>
            </w:tcMar>
          </w:tcPr>
          <w:p w14:paraId="77C7B8D1" w14:textId="77777777" w:rsidR="00951688" w:rsidRDefault="00951688">
            <w:pPr>
              <w:rPr>
                <w:color w:val="5A5A5A"/>
                <w:sz w:val="22"/>
              </w:rPr>
            </w:pPr>
          </w:p>
          <w:p w14:paraId="1065FBB0" w14:textId="77777777" w:rsidR="00951688" w:rsidRPr="00951688" w:rsidRDefault="00951688" w:rsidP="00951688">
            <w:pPr>
              <w:rPr>
                <w:bCs/>
                <w:sz w:val="24"/>
              </w:rPr>
            </w:pPr>
            <w:r w:rsidRPr="00951688">
              <w:rPr>
                <w:bCs/>
                <w:sz w:val="24"/>
              </w:rPr>
              <w:t xml:space="preserve">1 kos </w:t>
            </w:r>
            <w:proofErr w:type="spellStart"/>
            <w:r w:rsidRPr="00951688">
              <w:rPr>
                <w:bCs/>
                <w:sz w:val="24"/>
              </w:rPr>
              <w:t>Skener</w:t>
            </w:r>
            <w:proofErr w:type="spellEnd"/>
            <w:r w:rsidRPr="00951688">
              <w:rPr>
                <w:bCs/>
                <w:sz w:val="24"/>
              </w:rPr>
              <w:t xml:space="preserve"> </w:t>
            </w:r>
          </w:p>
          <w:p w14:paraId="0B133A04" w14:textId="4ED3B3D6" w:rsidR="00951688" w:rsidRPr="00951688" w:rsidRDefault="00951688" w:rsidP="00951688">
            <w:pPr>
              <w:rPr>
                <w:bCs/>
                <w:sz w:val="24"/>
              </w:rPr>
            </w:pPr>
            <w:r w:rsidRPr="00951688">
              <w:rPr>
                <w:bCs/>
                <w:sz w:val="24"/>
              </w:rPr>
              <w:t xml:space="preserve">16 kos Mali </w:t>
            </w:r>
            <w:proofErr w:type="spellStart"/>
            <w:r w:rsidRPr="00951688">
              <w:rPr>
                <w:bCs/>
                <w:sz w:val="24"/>
              </w:rPr>
              <w:t>zaslon</w:t>
            </w:r>
            <w:proofErr w:type="spellEnd"/>
          </w:p>
          <w:p w14:paraId="7BA56033" w14:textId="77777777" w:rsidR="00951688" w:rsidRPr="00951688" w:rsidRDefault="00951688" w:rsidP="00951688">
            <w:pPr>
              <w:rPr>
                <w:bCs/>
                <w:sz w:val="24"/>
              </w:rPr>
            </w:pPr>
            <w:r w:rsidRPr="00951688">
              <w:rPr>
                <w:bCs/>
                <w:sz w:val="24"/>
              </w:rPr>
              <w:t xml:space="preserve">1 kos </w:t>
            </w:r>
            <w:proofErr w:type="spellStart"/>
            <w:r w:rsidRPr="00951688">
              <w:rPr>
                <w:bCs/>
                <w:sz w:val="24"/>
              </w:rPr>
              <w:t>Velik</w:t>
            </w:r>
            <w:proofErr w:type="spellEnd"/>
            <w:r w:rsidRPr="00951688">
              <w:rPr>
                <w:bCs/>
                <w:sz w:val="24"/>
              </w:rPr>
              <w:t xml:space="preserve"> </w:t>
            </w:r>
            <w:proofErr w:type="spellStart"/>
            <w:r w:rsidRPr="00951688">
              <w:rPr>
                <w:bCs/>
                <w:sz w:val="24"/>
              </w:rPr>
              <w:t>zaslon</w:t>
            </w:r>
            <w:proofErr w:type="spellEnd"/>
          </w:p>
          <w:p w14:paraId="08BF4E61" w14:textId="08CB9E4E" w:rsidR="00951688" w:rsidRDefault="00951688" w:rsidP="00951688">
            <w:r w:rsidRPr="00951688">
              <w:rPr>
                <w:bCs/>
                <w:sz w:val="24"/>
              </w:rPr>
              <w:t xml:space="preserve">3 kos </w:t>
            </w:r>
            <w:proofErr w:type="spellStart"/>
            <w:r w:rsidRPr="00951688">
              <w:rPr>
                <w:bCs/>
                <w:sz w:val="24"/>
              </w:rPr>
              <w:t>mikrofon</w:t>
            </w:r>
            <w:proofErr w:type="spellEnd"/>
          </w:p>
        </w:tc>
      </w:tr>
      <w:tr w:rsidR="00F4216A" w14:paraId="04BBE714" w14:textId="77777777">
        <w:trPr>
          <w:jc w:val="center"/>
        </w:trPr>
        <w:tc>
          <w:tcPr>
            <w:tcW w:w="7172" w:type="dxa"/>
            <w:shd w:val="clear" w:color="auto" w:fill="EAF3F6"/>
            <w:tcMar>
              <w:top w:w="170" w:type="dxa"/>
              <w:left w:w="220" w:type="dxa"/>
              <w:bottom w:w="170" w:type="dxa"/>
              <w:right w:w="220" w:type="dxa"/>
            </w:tcMar>
          </w:tcPr>
          <w:p w14:paraId="0E357F47" w14:textId="77777777" w:rsidR="00F4216A" w:rsidRDefault="00000000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Vrednost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sofinanciranja</w:t>
            </w:r>
            <w:proofErr w:type="spellEnd"/>
            <w:r>
              <w:rPr>
                <w:b/>
                <w:sz w:val="24"/>
              </w:rPr>
              <w:t>:</w:t>
            </w:r>
          </w:p>
          <w:p w14:paraId="4CF5BA2F" w14:textId="77777777" w:rsidR="00951688" w:rsidRDefault="00951688" w:rsidP="00951688"/>
        </w:tc>
        <w:tc>
          <w:tcPr>
            <w:tcW w:w="7172" w:type="dxa"/>
            <w:shd w:val="clear" w:color="auto" w:fill="F7F7F7"/>
            <w:tcMar>
              <w:top w:w="170" w:type="dxa"/>
              <w:left w:w="220" w:type="dxa"/>
              <w:bottom w:w="170" w:type="dxa"/>
              <w:right w:w="220" w:type="dxa"/>
            </w:tcMar>
          </w:tcPr>
          <w:p w14:paraId="5BEBCB0E" w14:textId="77777777" w:rsidR="00951688" w:rsidRPr="00951688" w:rsidRDefault="00951688" w:rsidP="00951688">
            <w:pPr>
              <w:rPr>
                <w:bCs/>
                <w:sz w:val="24"/>
              </w:rPr>
            </w:pPr>
            <w:r w:rsidRPr="00951688">
              <w:rPr>
                <w:bCs/>
                <w:sz w:val="24"/>
              </w:rPr>
              <w:t>7.883,335 eur</w:t>
            </w:r>
          </w:p>
          <w:p w14:paraId="09F485C1" w14:textId="1CDD4255" w:rsidR="00F4216A" w:rsidRDefault="00F4216A"/>
        </w:tc>
      </w:tr>
    </w:tbl>
    <w:p w14:paraId="0CBE6652" w14:textId="3A240A9A" w:rsidR="00F4216A" w:rsidRDefault="00F4216A" w:rsidP="004E0EA6">
      <w:pPr>
        <w:spacing w:before="200" w:after="60"/>
        <w:jc w:val="center"/>
      </w:pPr>
    </w:p>
    <w:sectPr w:rsidR="00F4216A" w:rsidSect="00034616">
      <w:pgSz w:w="16838" w:h="23811"/>
      <w:pgMar w:top="1020" w:right="1247" w:bottom="1020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Otevilenseznam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Otevilenseznam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Oznaenseznam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Oznaenseznam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Otevilenseznam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Oznaenseznam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706714533">
    <w:abstractNumId w:val="8"/>
  </w:num>
  <w:num w:numId="2" w16cid:durableId="1141770153">
    <w:abstractNumId w:val="6"/>
  </w:num>
  <w:num w:numId="3" w16cid:durableId="1553691793">
    <w:abstractNumId w:val="5"/>
  </w:num>
  <w:num w:numId="4" w16cid:durableId="1993292838">
    <w:abstractNumId w:val="4"/>
  </w:num>
  <w:num w:numId="5" w16cid:durableId="373584374">
    <w:abstractNumId w:val="7"/>
  </w:num>
  <w:num w:numId="6" w16cid:durableId="1227103651">
    <w:abstractNumId w:val="3"/>
  </w:num>
  <w:num w:numId="7" w16cid:durableId="1177157903">
    <w:abstractNumId w:val="2"/>
  </w:num>
  <w:num w:numId="8" w16cid:durableId="2024823691">
    <w:abstractNumId w:val="1"/>
  </w:num>
  <w:num w:numId="9" w16cid:durableId="4279639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4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D2E3C"/>
    <w:rsid w:val="001323E6"/>
    <w:rsid w:val="0015074B"/>
    <w:rsid w:val="0029639D"/>
    <w:rsid w:val="00326F90"/>
    <w:rsid w:val="003B510A"/>
    <w:rsid w:val="004E0EA6"/>
    <w:rsid w:val="005A640D"/>
    <w:rsid w:val="00817D8D"/>
    <w:rsid w:val="00951688"/>
    <w:rsid w:val="00AA1D8D"/>
    <w:rsid w:val="00B47730"/>
    <w:rsid w:val="00CB0664"/>
    <w:rsid w:val="00F4216A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2A57B10"/>
  <w14:defaultImageDpi w14:val="300"/>
  <w15:docId w15:val="{C50A010D-95C4-4167-A6D2-3D1C1100A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  <w:rsid w:val="00951688"/>
    <w:rPr>
      <w:rFonts w:ascii="Arial" w:hAnsi="Arial"/>
      <w:sz w:val="30"/>
    </w:rPr>
  </w:style>
  <w:style w:type="paragraph" w:styleId="Naslov1">
    <w:name w:val="heading 1"/>
    <w:basedOn w:val="Navaden"/>
    <w:next w:val="Navaden"/>
    <w:link w:val="Naslov1Znak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slov2">
    <w:name w:val="heading 2"/>
    <w:basedOn w:val="Navaden"/>
    <w:next w:val="Navaden"/>
    <w:link w:val="Naslov2Znak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slov3">
    <w:name w:val="heading 3"/>
    <w:basedOn w:val="Navaden"/>
    <w:next w:val="Navaden"/>
    <w:link w:val="Naslov3Znak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slov4">
    <w:name w:val="heading 4"/>
    <w:basedOn w:val="Navaden"/>
    <w:next w:val="Navaden"/>
    <w:link w:val="Naslov4Znak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slov5">
    <w:name w:val="heading 5"/>
    <w:basedOn w:val="Navaden"/>
    <w:next w:val="Navaden"/>
    <w:link w:val="Naslov5Znak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slov6">
    <w:name w:val="heading 6"/>
    <w:basedOn w:val="Navaden"/>
    <w:next w:val="Navaden"/>
    <w:link w:val="Naslov6Znak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slov7">
    <w:name w:val="heading 7"/>
    <w:basedOn w:val="Navaden"/>
    <w:next w:val="Navaden"/>
    <w:link w:val="Naslov7Znak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slov8">
    <w:name w:val="heading 8"/>
    <w:basedOn w:val="Navaden"/>
    <w:next w:val="Navaden"/>
    <w:link w:val="Naslov8Znak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slov9">
    <w:name w:val="heading 9"/>
    <w:basedOn w:val="Navaden"/>
    <w:next w:val="Navaden"/>
    <w:link w:val="Naslov9Znak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Privzetapisavaodstavka">
    <w:name w:val="Default Paragraph Font"/>
    <w:uiPriority w:val="1"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Glava">
    <w:name w:val="header"/>
    <w:basedOn w:val="Navaden"/>
    <w:link w:val="Glava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GlavaZnak">
    <w:name w:val="Glava Znak"/>
    <w:basedOn w:val="Privzetapisavaodstavka"/>
    <w:link w:val="Glava"/>
    <w:uiPriority w:val="99"/>
    <w:rsid w:val="00E618BF"/>
  </w:style>
  <w:style w:type="paragraph" w:styleId="Noga">
    <w:name w:val="footer"/>
    <w:basedOn w:val="Navaden"/>
    <w:link w:val="Noga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ogaZnak">
    <w:name w:val="Noga Znak"/>
    <w:basedOn w:val="Privzetapisavaodstavka"/>
    <w:link w:val="Noga"/>
    <w:uiPriority w:val="99"/>
    <w:rsid w:val="00E618BF"/>
  </w:style>
  <w:style w:type="paragraph" w:styleId="Brezrazmikov">
    <w:name w:val="No Spacing"/>
    <w:uiPriority w:val="1"/>
    <w:qFormat/>
    <w:rsid w:val="00FC693F"/>
    <w:pPr>
      <w:spacing w:after="0" w:line="240" w:lineRule="auto"/>
    </w:pPr>
  </w:style>
  <w:style w:type="character" w:customStyle="1" w:styleId="Naslov1Znak">
    <w:name w:val="Naslov 1 Znak"/>
    <w:basedOn w:val="Privzetapisavaodstavka"/>
    <w:link w:val="Naslov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slov2Znak">
    <w:name w:val="Naslov 2 Znak"/>
    <w:basedOn w:val="Privzetapisavaodstavka"/>
    <w:link w:val="Naslov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slov3Znak">
    <w:name w:val="Naslov 3 Znak"/>
    <w:basedOn w:val="Privzetapisavaodstavka"/>
    <w:link w:val="Naslov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slov">
    <w:name w:val="Title"/>
    <w:basedOn w:val="Navaden"/>
    <w:next w:val="Navaden"/>
    <w:link w:val="NaslovZnak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aslovZnak">
    <w:name w:val="Naslov Znak"/>
    <w:basedOn w:val="Privzetapisavaodstavka"/>
    <w:link w:val="Naslov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naslov">
    <w:name w:val="Subtitle"/>
    <w:basedOn w:val="Navaden"/>
    <w:next w:val="Navaden"/>
    <w:link w:val="Podnaslov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naslovZnak">
    <w:name w:val="Podnaslov Znak"/>
    <w:basedOn w:val="Privzetapisavaodstavka"/>
    <w:link w:val="Podnaslov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Odstavekseznama">
    <w:name w:val="List Paragraph"/>
    <w:basedOn w:val="Navaden"/>
    <w:uiPriority w:val="34"/>
    <w:qFormat/>
    <w:rsid w:val="00FC693F"/>
    <w:pPr>
      <w:ind w:left="720"/>
      <w:contextualSpacing/>
    </w:pPr>
  </w:style>
  <w:style w:type="paragraph" w:styleId="Telobesedila">
    <w:name w:val="Body Text"/>
    <w:basedOn w:val="Navaden"/>
    <w:link w:val="TelobesedilaZnak"/>
    <w:uiPriority w:val="99"/>
    <w:unhideWhenUsed/>
    <w:rsid w:val="00AA1D8D"/>
    <w:pPr>
      <w:spacing w:after="120"/>
    </w:pPr>
  </w:style>
  <w:style w:type="character" w:customStyle="1" w:styleId="TelobesedilaZnak">
    <w:name w:val="Telo besedila Znak"/>
    <w:basedOn w:val="Privzetapisavaodstavka"/>
    <w:link w:val="Telobesedila"/>
    <w:uiPriority w:val="99"/>
    <w:rsid w:val="00AA1D8D"/>
  </w:style>
  <w:style w:type="paragraph" w:styleId="Telobesedila2">
    <w:name w:val="Body Text 2"/>
    <w:basedOn w:val="Navaden"/>
    <w:link w:val="Telobesedila2Znak"/>
    <w:uiPriority w:val="99"/>
    <w:unhideWhenUsed/>
    <w:rsid w:val="00AA1D8D"/>
    <w:pPr>
      <w:spacing w:after="120" w:line="480" w:lineRule="auto"/>
    </w:pPr>
  </w:style>
  <w:style w:type="character" w:customStyle="1" w:styleId="Telobesedila2Znak">
    <w:name w:val="Telo besedila 2 Znak"/>
    <w:basedOn w:val="Privzetapisavaodstavka"/>
    <w:link w:val="Telobesedila2"/>
    <w:uiPriority w:val="99"/>
    <w:rsid w:val="00AA1D8D"/>
  </w:style>
  <w:style w:type="paragraph" w:styleId="Telobesedila3">
    <w:name w:val="Body Text 3"/>
    <w:basedOn w:val="Navaden"/>
    <w:link w:val="Telobesedila3Znak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lobesedila3Znak">
    <w:name w:val="Telo besedila 3 Znak"/>
    <w:basedOn w:val="Privzetapisavaodstavka"/>
    <w:link w:val="Telobesedila3"/>
    <w:uiPriority w:val="99"/>
    <w:rsid w:val="00AA1D8D"/>
    <w:rPr>
      <w:sz w:val="16"/>
      <w:szCs w:val="16"/>
    </w:rPr>
  </w:style>
  <w:style w:type="paragraph" w:styleId="Seznam">
    <w:name w:val="List"/>
    <w:basedOn w:val="Navaden"/>
    <w:uiPriority w:val="99"/>
    <w:unhideWhenUsed/>
    <w:rsid w:val="00AA1D8D"/>
    <w:pPr>
      <w:ind w:left="360" w:hanging="360"/>
      <w:contextualSpacing/>
    </w:pPr>
  </w:style>
  <w:style w:type="paragraph" w:styleId="Seznam2">
    <w:name w:val="List 2"/>
    <w:basedOn w:val="Navaden"/>
    <w:uiPriority w:val="99"/>
    <w:unhideWhenUsed/>
    <w:rsid w:val="00326F90"/>
    <w:pPr>
      <w:ind w:left="720" w:hanging="360"/>
      <w:contextualSpacing/>
    </w:pPr>
  </w:style>
  <w:style w:type="paragraph" w:styleId="Seznam3">
    <w:name w:val="List 3"/>
    <w:basedOn w:val="Navaden"/>
    <w:uiPriority w:val="99"/>
    <w:unhideWhenUsed/>
    <w:rsid w:val="00326F90"/>
    <w:pPr>
      <w:ind w:left="1080" w:hanging="360"/>
      <w:contextualSpacing/>
    </w:pPr>
  </w:style>
  <w:style w:type="paragraph" w:styleId="Oznaenseznam">
    <w:name w:val="List Bullet"/>
    <w:basedOn w:val="Navaden"/>
    <w:uiPriority w:val="99"/>
    <w:unhideWhenUsed/>
    <w:rsid w:val="00326F90"/>
    <w:pPr>
      <w:numPr>
        <w:numId w:val="1"/>
      </w:numPr>
      <w:contextualSpacing/>
    </w:pPr>
  </w:style>
  <w:style w:type="paragraph" w:styleId="Oznaenseznam2">
    <w:name w:val="List Bullet 2"/>
    <w:basedOn w:val="Navaden"/>
    <w:uiPriority w:val="99"/>
    <w:unhideWhenUsed/>
    <w:rsid w:val="00326F90"/>
    <w:pPr>
      <w:numPr>
        <w:numId w:val="2"/>
      </w:numPr>
      <w:contextualSpacing/>
    </w:pPr>
  </w:style>
  <w:style w:type="paragraph" w:styleId="Oznaenseznam3">
    <w:name w:val="List Bullet 3"/>
    <w:basedOn w:val="Navaden"/>
    <w:uiPriority w:val="99"/>
    <w:unhideWhenUsed/>
    <w:rsid w:val="00326F90"/>
    <w:pPr>
      <w:numPr>
        <w:numId w:val="3"/>
      </w:numPr>
      <w:contextualSpacing/>
    </w:pPr>
  </w:style>
  <w:style w:type="paragraph" w:styleId="Otevilenseznam">
    <w:name w:val="List Number"/>
    <w:basedOn w:val="Navaden"/>
    <w:uiPriority w:val="99"/>
    <w:unhideWhenUsed/>
    <w:rsid w:val="00326F90"/>
    <w:pPr>
      <w:numPr>
        <w:numId w:val="5"/>
      </w:numPr>
      <w:contextualSpacing/>
    </w:pPr>
  </w:style>
  <w:style w:type="paragraph" w:styleId="Otevilenseznam2">
    <w:name w:val="List Number 2"/>
    <w:basedOn w:val="Navaden"/>
    <w:uiPriority w:val="99"/>
    <w:unhideWhenUsed/>
    <w:rsid w:val="0029639D"/>
    <w:pPr>
      <w:numPr>
        <w:numId w:val="6"/>
      </w:numPr>
      <w:contextualSpacing/>
    </w:pPr>
  </w:style>
  <w:style w:type="paragraph" w:styleId="Otevilenseznam3">
    <w:name w:val="List Number 3"/>
    <w:basedOn w:val="Navaden"/>
    <w:uiPriority w:val="99"/>
    <w:unhideWhenUsed/>
    <w:rsid w:val="0029639D"/>
    <w:pPr>
      <w:numPr>
        <w:numId w:val="7"/>
      </w:numPr>
      <w:contextualSpacing/>
    </w:pPr>
  </w:style>
  <w:style w:type="paragraph" w:styleId="Seznam-nadaljevanje">
    <w:name w:val="List Continue"/>
    <w:basedOn w:val="Navaden"/>
    <w:uiPriority w:val="99"/>
    <w:unhideWhenUsed/>
    <w:rsid w:val="0029639D"/>
    <w:pPr>
      <w:spacing w:after="120"/>
      <w:ind w:left="360"/>
      <w:contextualSpacing/>
    </w:pPr>
  </w:style>
  <w:style w:type="paragraph" w:styleId="Seznam-nadaljevanje2">
    <w:name w:val="List Continue 2"/>
    <w:basedOn w:val="Navaden"/>
    <w:uiPriority w:val="99"/>
    <w:unhideWhenUsed/>
    <w:rsid w:val="0029639D"/>
    <w:pPr>
      <w:spacing w:after="120"/>
      <w:ind w:left="720"/>
      <w:contextualSpacing/>
    </w:pPr>
  </w:style>
  <w:style w:type="paragraph" w:styleId="Seznam-nadaljevanje3">
    <w:name w:val="List Continue 3"/>
    <w:basedOn w:val="Navaden"/>
    <w:uiPriority w:val="99"/>
    <w:unhideWhenUsed/>
    <w:rsid w:val="0029639D"/>
    <w:pPr>
      <w:spacing w:after="120"/>
      <w:ind w:left="1080"/>
      <w:contextualSpacing/>
    </w:pPr>
  </w:style>
  <w:style w:type="paragraph" w:styleId="Makrobesedilo">
    <w:name w:val="macro"/>
    <w:link w:val="Makrobesedilo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besediloZnak">
    <w:name w:val="Makro besedilo Znak"/>
    <w:basedOn w:val="Privzetapisavaodstavka"/>
    <w:link w:val="Makrobesedilo"/>
    <w:uiPriority w:val="99"/>
    <w:rsid w:val="0029639D"/>
    <w:rPr>
      <w:rFonts w:ascii="Courier" w:hAnsi="Courier"/>
      <w:sz w:val="20"/>
      <w:szCs w:val="20"/>
    </w:rPr>
  </w:style>
  <w:style w:type="paragraph" w:styleId="Citat">
    <w:name w:val="Quote"/>
    <w:basedOn w:val="Navaden"/>
    <w:next w:val="Navaden"/>
    <w:link w:val="CitatZnak"/>
    <w:uiPriority w:val="29"/>
    <w:qFormat/>
    <w:rsid w:val="00FC693F"/>
    <w:rPr>
      <w:i/>
      <w:iCs/>
      <w:color w:val="000000" w:themeColor="text1"/>
    </w:rPr>
  </w:style>
  <w:style w:type="character" w:customStyle="1" w:styleId="CitatZnak">
    <w:name w:val="Citat Znak"/>
    <w:basedOn w:val="Privzetapisavaodstavka"/>
    <w:link w:val="Citat"/>
    <w:uiPriority w:val="29"/>
    <w:rsid w:val="00FC693F"/>
    <w:rPr>
      <w:i/>
      <w:iCs/>
      <w:color w:val="000000" w:themeColor="text1"/>
    </w:rPr>
  </w:style>
  <w:style w:type="character" w:customStyle="1" w:styleId="Naslov4Znak">
    <w:name w:val="Naslov 4 Znak"/>
    <w:basedOn w:val="Privzetapisavaodstavka"/>
    <w:link w:val="Naslov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slov5Znak">
    <w:name w:val="Naslov 5 Znak"/>
    <w:basedOn w:val="Privzetapisavaodstavka"/>
    <w:link w:val="Naslov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slov6Znak">
    <w:name w:val="Naslov 6 Znak"/>
    <w:basedOn w:val="Privzetapisavaodstavka"/>
    <w:link w:val="Naslov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slov7Znak">
    <w:name w:val="Naslov 7 Znak"/>
    <w:basedOn w:val="Privzetapisavaodstavka"/>
    <w:link w:val="Naslov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slov8Znak">
    <w:name w:val="Naslov 8 Znak"/>
    <w:basedOn w:val="Privzetapisavaodstavka"/>
    <w:link w:val="Naslov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slov9Znak">
    <w:name w:val="Naslov 9 Znak"/>
    <w:basedOn w:val="Privzetapisavaodstavka"/>
    <w:link w:val="Naslov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Napis">
    <w:name w:val="caption"/>
    <w:basedOn w:val="Navaden"/>
    <w:next w:val="Navaden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Krepko">
    <w:name w:val="Strong"/>
    <w:basedOn w:val="Privzetapisavaodstavka"/>
    <w:uiPriority w:val="22"/>
    <w:qFormat/>
    <w:rsid w:val="00FC693F"/>
    <w:rPr>
      <w:b/>
      <w:bCs/>
    </w:rPr>
  </w:style>
  <w:style w:type="character" w:styleId="Poudarek">
    <w:name w:val="Emphasis"/>
    <w:basedOn w:val="Privzetapisavaodstavka"/>
    <w:uiPriority w:val="20"/>
    <w:qFormat/>
    <w:rsid w:val="00FC693F"/>
    <w:rPr>
      <w:i/>
      <w:iCs/>
    </w:rPr>
  </w:style>
  <w:style w:type="paragraph" w:styleId="Intenzivencitat">
    <w:name w:val="Intense Quote"/>
    <w:basedOn w:val="Navaden"/>
    <w:next w:val="Navaden"/>
    <w:link w:val="Intenzivencitat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zivencitatZnak">
    <w:name w:val="Intenziven citat Znak"/>
    <w:basedOn w:val="Privzetapisavaodstavka"/>
    <w:link w:val="Intenzivencitat"/>
    <w:uiPriority w:val="30"/>
    <w:rsid w:val="00FC693F"/>
    <w:rPr>
      <w:b/>
      <w:bCs/>
      <w:i/>
      <w:iCs/>
      <w:color w:val="4F81BD" w:themeColor="accent1"/>
    </w:rPr>
  </w:style>
  <w:style w:type="character" w:styleId="Neenpoudarek">
    <w:name w:val="Subtle Emphasis"/>
    <w:basedOn w:val="Privzetapisavaodstavka"/>
    <w:uiPriority w:val="19"/>
    <w:qFormat/>
    <w:rsid w:val="00FC693F"/>
    <w:rPr>
      <w:i/>
      <w:iCs/>
      <w:color w:val="808080" w:themeColor="text1" w:themeTint="7F"/>
    </w:rPr>
  </w:style>
  <w:style w:type="character" w:styleId="Intenzivenpoudarek">
    <w:name w:val="Intense Emphasis"/>
    <w:basedOn w:val="Privzetapisavaodstavka"/>
    <w:uiPriority w:val="21"/>
    <w:qFormat/>
    <w:rsid w:val="00FC693F"/>
    <w:rPr>
      <w:b/>
      <w:bCs/>
      <w:i/>
      <w:iCs/>
      <w:color w:val="4F81BD" w:themeColor="accent1"/>
    </w:rPr>
  </w:style>
  <w:style w:type="character" w:styleId="Neensklic">
    <w:name w:val="Subtle Reference"/>
    <w:basedOn w:val="Privzetapisavaodstavka"/>
    <w:uiPriority w:val="31"/>
    <w:qFormat/>
    <w:rsid w:val="00FC693F"/>
    <w:rPr>
      <w:smallCaps/>
      <w:color w:val="C0504D" w:themeColor="accent2"/>
      <w:u w:val="single"/>
    </w:rPr>
  </w:style>
  <w:style w:type="character" w:styleId="Intenzivensklic">
    <w:name w:val="Intense Reference"/>
    <w:basedOn w:val="Privzetapisavaodstavka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Naslovknjige">
    <w:name w:val="Book Title"/>
    <w:basedOn w:val="Privzetapisavaodstavka"/>
    <w:uiPriority w:val="33"/>
    <w:qFormat/>
    <w:rsid w:val="00FC693F"/>
    <w:rPr>
      <w:b/>
      <w:bCs/>
      <w:smallCaps/>
      <w:spacing w:val="5"/>
    </w:rPr>
  </w:style>
  <w:style w:type="paragraph" w:styleId="NaslovTOC">
    <w:name w:val="TOC Heading"/>
    <w:basedOn w:val="Naslov1"/>
    <w:next w:val="Navaden"/>
    <w:uiPriority w:val="39"/>
    <w:semiHidden/>
    <w:unhideWhenUsed/>
    <w:qFormat/>
    <w:rsid w:val="00FC693F"/>
    <w:pPr>
      <w:outlineLvl w:val="9"/>
    </w:pPr>
  </w:style>
  <w:style w:type="table" w:styleId="Tabelamrea">
    <w:name w:val="Table Grid"/>
    <w:basedOn w:val="Navadnatabela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vetlosenenje">
    <w:name w:val="Light Shading"/>
    <w:basedOn w:val="Navadnatabela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etlosenenjepoudarek1">
    <w:name w:val="Light Shading Accent 1"/>
    <w:basedOn w:val="Navadnatabela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etlosenenjepoudarek2">
    <w:name w:val="Light Shading Accent 2"/>
    <w:basedOn w:val="Navadnatabela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etlosenenjepoudarek3">
    <w:name w:val="Light Shading Accent 3"/>
    <w:basedOn w:val="Navadnatabela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etlosenenjepoudarek4">
    <w:name w:val="Light Shading Accent 4"/>
    <w:basedOn w:val="Navadnatabela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etlosenenjepoudarek5">
    <w:name w:val="Light Shading Accent 5"/>
    <w:basedOn w:val="Navadnatabela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etlosenenjepoudarek6">
    <w:name w:val="Light Shading Accent 6"/>
    <w:basedOn w:val="Navadnatabela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Svetelseznam">
    <w:name w:val="Light List"/>
    <w:basedOn w:val="Navadnatabela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Svetelseznampoudarek1">
    <w:name w:val="Light List Accent 1"/>
    <w:basedOn w:val="Navadnatabela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Svetelseznampoudarek2">
    <w:name w:val="Light List Accent 2"/>
    <w:basedOn w:val="Navadnatabel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Svetelseznampoudarek3">
    <w:name w:val="Light List Accent 3"/>
    <w:basedOn w:val="Navadnatabel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Svetelseznampoudarek4">
    <w:name w:val="Light List Accent 4"/>
    <w:basedOn w:val="Navadnatabel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Svetelseznampoudarek5">
    <w:name w:val="Light List Accent 5"/>
    <w:basedOn w:val="Navadnatabel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Svetelseznampoudarek6">
    <w:name w:val="Light List Accent 6"/>
    <w:basedOn w:val="Navadnatabel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Svetlamrea">
    <w:name w:val="Light Grid"/>
    <w:basedOn w:val="Navadnatabel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Svetlamreapoudarek1">
    <w:name w:val="Light Grid Accent 1"/>
    <w:basedOn w:val="Navadnatabel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Svetlamreapoudarek2">
    <w:name w:val="Light Grid Accent 2"/>
    <w:basedOn w:val="Navadnatabel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Svetlamreapoudarek3">
    <w:name w:val="Light Grid Accent 3"/>
    <w:basedOn w:val="Navadnatabel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Svetlamreapoudarek4">
    <w:name w:val="Light Grid Accent 4"/>
    <w:basedOn w:val="Navadnatabel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Svetlamreapoudarek5">
    <w:name w:val="Light Grid Accent 5"/>
    <w:basedOn w:val="Navadnatabel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Svetlamreapoudarek6">
    <w:name w:val="Light Grid Accent 6"/>
    <w:basedOn w:val="Navadnatabel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rednjesenenje1">
    <w:name w:val="Medium Shading 1"/>
    <w:basedOn w:val="Navadnatabel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enenje1poudarek1">
    <w:name w:val="Medium Shading 1 Accent 1"/>
    <w:basedOn w:val="Navadnatabel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enenje1poudarek2">
    <w:name w:val="Medium Shading 1 Accent 2"/>
    <w:basedOn w:val="Navadnatabel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enenje1poudarek3">
    <w:name w:val="Medium Shading 1 Accent 3"/>
    <w:basedOn w:val="Navadnatabel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enenje1poudarek4">
    <w:name w:val="Medium Shading 1 Accent 4"/>
    <w:basedOn w:val="Navadnatabel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enenje1poudarek5">
    <w:name w:val="Medium Shading 1 Accent 5"/>
    <w:basedOn w:val="Navadnatabel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enenje1poudarek6">
    <w:name w:val="Medium Shading 1 Accent 6"/>
    <w:basedOn w:val="Navadnatabel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enenje2">
    <w:name w:val="Medium Shading 2"/>
    <w:basedOn w:val="Navadnatabel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rednjesenenje2poudarek1">
    <w:name w:val="Medium Shading 2 Accent 1"/>
    <w:basedOn w:val="Navadnatabel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rednjesenenje2poudarek2">
    <w:name w:val="Medium Shading 2 Accent 2"/>
    <w:basedOn w:val="Navadnatabel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rednjesenenje2poudarek3">
    <w:name w:val="Medium Shading 2 Accent 3"/>
    <w:basedOn w:val="Navadnatabel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rednjesenenje2poudarek4">
    <w:name w:val="Medium Shading 2 Accent 4"/>
    <w:basedOn w:val="Navadnatabel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rednjesenenje2poudarek5">
    <w:name w:val="Medium Shading 2 Accent 5"/>
    <w:basedOn w:val="Navadnatabel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rednjesenenje2poudarek6">
    <w:name w:val="Medium Shading 2 Accent 6"/>
    <w:basedOn w:val="Navadnatabel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rednjiseznam1">
    <w:name w:val="Medium List 1"/>
    <w:basedOn w:val="Navadnatabel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rednjiseznam1poudarek1">
    <w:name w:val="Medium List 1 Accent 1"/>
    <w:basedOn w:val="Navadnatabel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rednjiseznam1poudarek2">
    <w:name w:val="Medium List 1 Accent 2"/>
    <w:basedOn w:val="Navadnatabel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rednjiseznam1poudarek3">
    <w:name w:val="Medium List 1 Accent 3"/>
    <w:basedOn w:val="Navadnatabel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rednjiseznam1poudarek4">
    <w:name w:val="Medium List 1 Accent 4"/>
    <w:basedOn w:val="Navadnatabel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rednjiseznam1poudarek5">
    <w:name w:val="Medium List 1 Accent 5"/>
    <w:basedOn w:val="Navadnatabel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rednjiseznam1poudarek6">
    <w:name w:val="Medium List 1 Accent 6"/>
    <w:basedOn w:val="Navadnatabel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rednjiseznam2">
    <w:name w:val="Medium List 2"/>
    <w:basedOn w:val="Navadnatabel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seznam2poudarek1">
    <w:name w:val="Medium List 2 Accent 1"/>
    <w:basedOn w:val="Navadnatabel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seznam2poudarek2">
    <w:name w:val="Medium List 2 Accent 2"/>
    <w:basedOn w:val="Navadnatabel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seznam2poudarek3">
    <w:name w:val="Medium List 2 Accent 3"/>
    <w:basedOn w:val="Navadnatabel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seznam2poudarek4">
    <w:name w:val="Medium List 2 Accent 4"/>
    <w:basedOn w:val="Navadnatabel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seznam2poudarek5">
    <w:name w:val="Medium List 2 Accent 5"/>
    <w:basedOn w:val="Navadnatabel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seznam2poudarek6">
    <w:name w:val="Medium List 2 Accent 6"/>
    <w:basedOn w:val="Navadnatabel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amrea1">
    <w:name w:val="Medium Grid 1"/>
    <w:basedOn w:val="Navadnatabel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rednjamrea1poudarek1">
    <w:name w:val="Medium Grid 1 Accent 1"/>
    <w:basedOn w:val="Navadnatabel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rednjamrea1poudarek2">
    <w:name w:val="Medium Grid 1 Accent 2"/>
    <w:basedOn w:val="Navadnatabel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rednjamrea1poudarek3">
    <w:name w:val="Medium Grid 1 Accent 3"/>
    <w:basedOn w:val="Navadnatabel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rednjamrea1poudarek4">
    <w:name w:val="Medium Grid 1 Accent 4"/>
    <w:basedOn w:val="Navadnatabel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rednjamrea1poudarek5">
    <w:name w:val="Medium Grid 1 Accent 5"/>
    <w:basedOn w:val="Navadnatabel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rednjamrea1poudarek6">
    <w:name w:val="Medium Grid 1 Accent 6"/>
    <w:basedOn w:val="Navadnatabel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rednjamrea2">
    <w:name w:val="Medium Grid 2"/>
    <w:basedOn w:val="Navadnatabel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mrea2poudarek1">
    <w:name w:val="Medium Grid 2 Accent 1"/>
    <w:basedOn w:val="Navadnatabel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mrea2poudarek2">
    <w:name w:val="Medium Grid 2 Accent 2"/>
    <w:basedOn w:val="Navadnatabel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mrea2poudarek3">
    <w:name w:val="Medium Grid 2 Accent 3"/>
    <w:basedOn w:val="Navadnatabel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mrea2poudarek4">
    <w:name w:val="Medium Grid 2 Accent 4"/>
    <w:basedOn w:val="Navadnatabel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mrea2poudarek5">
    <w:name w:val="Medium Grid 2 Accent 5"/>
    <w:basedOn w:val="Navadnatabel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mrea2poudarek6">
    <w:name w:val="Medium Grid 2 Accent 6"/>
    <w:basedOn w:val="Navadnatabel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mrea3">
    <w:name w:val="Medium Grid 3"/>
    <w:basedOn w:val="Navadnatabel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Srednjamrea3poudarek1">
    <w:name w:val="Medium Grid 3 Accent 1"/>
    <w:basedOn w:val="Navadnatabel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Srednjamrea3poudarek2">
    <w:name w:val="Medium Grid 3 Accent 2"/>
    <w:basedOn w:val="Navadnatabel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Srednjamrea3poudarek3">
    <w:name w:val="Medium Grid 3 Accent 3"/>
    <w:basedOn w:val="Navadnatabel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Srednjamrea3poudarek4">
    <w:name w:val="Medium Grid 3 Accent 4"/>
    <w:basedOn w:val="Navadnatabel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Srednjamrea3poudarek5">
    <w:name w:val="Medium Grid 3 Accent 5"/>
    <w:basedOn w:val="Navadnatabel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Srednjamrea3poudarek6">
    <w:name w:val="Medium Grid 3 Accent 6"/>
    <w:basedOn w:val="Navadnatabel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Temenseznam">
    <w:name w:val="Dark List"/>
    <w:basedOn w:val="Navadnatabel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emenseznampoudarek1">
    <w:name w:val="Dark List Accent 1"/>
    <w:basedOn w:val="Navadnatabel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emenseznampoudarek2">
    <w:name w:val="Dark List Accent 2"/>
    <w:basedOn w:val="Navadnatabel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emenseznampoudarek3">
    <w:name w:val="Dark List Accent 3"/>
    <w:basedOn w:val="Navadnatabel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emenseznampoudarek4">
    <w:name w:val="Dark List Accent 4"/>
    <w:basedOn w:val="Navadnatabel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emenseznampoudarek5">
    <w:name w:val="Dark List Accent 5"/>
    <w:basedOn w:val="Navadnatabel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emenseznampoudarek6">
    <w:name w:val="Dark List Accent 6"/>
    <w:basedOn w:val="Navadnatabel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Barvnosenenje">
    <w:name w:val="Colorful Shading"/>
    <w:basedOn w:val="Navadnatabel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vnosenenjepoudarek1">
    <w:name w:val="Colorful Shading Accent 1"/>
    <w:basedOn w:val="Navadnatabel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vnosenenjepoudarek2">
    <w:name w:val="Colorful Shading Accent 2"/>
    <w:basedOn w:val="Navadnatabel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vnosenenjepoudarek3">
    <w:name w:val="Colorful Shading Accent 3"/>
    <w:basedOn w:val="Navadnatabel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Barvnosenenjepoudarek4">
    <w:name w:val="Colorful Shading Accent 4"/>
    <w:basedOn w:val="Navadnatabel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vnosenenjepoudarek5">
    <w:name w:val="Colorful Shading Accent 5"/>
    <w:basedOn w:val="Navadnatabel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vnosenenjepoudarek6">
    <w:name w:val="Colorful Shading Accent 6"/>
    <w:basedOn w:val="Navadnatabel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vniseznam">
    <w:name w:val="Colorful List"/>
    <w:basedOn w:val="Navadnatabel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Barvniseznampoudarek1">
    <w:name w:val="Colorful List Accent 1"/>
    <w:basedOn w:val="Navadnatabel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Barvniseznampoudarek2">
    <w:name w:val="Colorful List Accent 2"/>
    <w:basedOn w:val="Navadnatabel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Barvenseznampoudarek3">
    <w:name w:val="Colorful List Accent 3"/>
    <w:basedOn w:val="Navadnatabel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Barvniseznampoudarek4">
    <w:name w:val="Colorful List Accent 4"/>
    <w:basedOn w:val="Navadnatabel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Barvniseznampoudarek5">
    <w:name w:val="Colorful List Accent 5"/>
    <w:basedOn w:val="Navadnatabel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Barvniseznampoudarek6">
    <w:name w:val="Colorful List Accent 6"/>
    <w:basedOn w:val="Navadnatabel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Barvnamrea">
    <w:name w:val="Colorful Grid"/>
    <w:basedOn w:val="Navadnatabel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Barvnamreapoudarek1">
    <w:name w:val="Colorful Grid Accent 1"/>
    <w:basedOn w:val="Navadnatabel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Barvnamreapoudarek2">
    <w:name w:val="Colorful Grid Accent 2"/>
    <w:basedOn w:val="Navadnatabel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Barvnamreapoudarek3">
    <w:name w:val="Colorful Grid Accent 3"/>
    <w:basedOn w:val="Navadnatabel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Barvnamreapoudarek4">
    <w:name w:val="Colorful Grid Accent 4"/>
    <w:basedOn w:val="Navadnatabel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Barvnamreapoudarek5">
    <w:name w:val="Colorful Grid Accent 5"/>
    <w:basedOn w:val="Navadnatabel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Barvnamreapoudarek6">
    <w:name w:val="Colorful Grid Accent 6"/>
    <w:basedOn w:val="Navadnatabel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130</Words>
  <Characters>746</Characters>
  <Application>Microsoft Office Word</Application>
  <DocSecurity>0</DocSecurity>
  <Lines>6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875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Barbara Turičnik- Hudernik</cp:lastModifiedBy>
  <cp:revision>3</cp:revision>
  <dcterms:created xsi:type="dcterms:W3CDTF">2026-09-10T07:50:00Z</dcterms:created>
  <dcterms:modified xsi:type="dcterms:W3CDTF">2026-09-10T08:07:00Z</dcterms:modified>
  <cp:category/>
</cp:coreProperties>
</file>